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D341B" w14:textId="77777777" w:rsidR="00154ED3" w:rsidRDefault="00000000">
      <w:pPr>
        <w:jc w:val="center"/>
        <w:rPr>
          <w:lang w:eastAsia="ja-JP"/>
        </w:rPr>
      </w:pPr>
      <w:r>
        <w:rPr>
          <w:b/>
          <w:sz w:val="32"/>
          <w:lang w:eastAsia="ja-JP"/>
        </w:rPr>
        <w:t>資料請求フォーム</w:t>
      </w:r>
    </w:p>
    <w:p w14:paraId="01F4A383" w14:textId="77777777" w:rsidR="00154ED3" w:rsidRDefault="00000000">
      <w:pPr>
        <w:jc w:val="center"/>
        <w:rPr>
          <w:lang w:eastAsia="ja-JP"/>
        </w:rPr>
      </w:pPr>
      <w:r>
        <w:rPr>
          <w:lang w:eastAsia="ja-JP"/>
        </w:rPr>
        <w:t>日本AIロボティクス株式会社（Japan AI Robotics Inc.）</w:t>
      </w:r>
    </w:p>
    <w:p w14:paraId="213198CE" w14:textId="77777777" w:rsidR="00154ED3" w:rsidRDefault="00000000">
      <w:pPr>
        <w:rPr>
          <w:lang w:eastAsia="ja-JP"/>
        </w:rPr>
      </w:pPr>
      <w:r>
        <w:rPr>
          <w:lang w:eastAsia="ja-JP"/>
        </w:rPr>
        <w:t>ご記入のうえ、下記宛先へメールでお送りください。</w:t>
      </w:r>
    </w:p>
    <w:p w14:paraId="06BFE3DE" w14:textId="77777777" w:rsidR="00154ED3" w:rsidRDefault="00000000">
      <w:r>
        <w:rPr>
          <w:b/>
        </w:rPr>
        <w:t>【1. ご連絡先】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154ED3" w14:paraId="710280BD" w14:textId="77777777">
        <w:tc>
          <w:tcPr>
            <w:tcW w:w="4320" w:type="dxa"/>
          </w:tcPr>
          <w:p w14:paraId="0A957BA4" w14:textId="77777777" w:rsidR="00154ED3" w:rsidRDefault="00000000">
            <w:r>
              <w:t>会社名／団体名</w:t>
            </w:r>
          </w:p>
        </w:tc>
        <w:tc>
          <w:tcPr>
            <w:tcW w:w="4320" w:type="dxa"/>
          </w:tcPr>
          <w:p w14:paraId="23B4FAB4" w14:textId="77777777" w:rsidR="00154ED3" w:rsidRDefault="00000000">
            <w:r>
              <w:t xml:space="preserve">　　　　　　　　　　　　　　　　　　　　　</w:t>
            </w:r>
          </w:p>
        </w:tc>
      </w:tr>
      <w:tr w:rsidR="00154ED3" w14:paraId="49C7DAE0" w14:textId="77777777">
        <w:tc>
          <w:tcPr>
            <w:tcW w:w="4320" w:type="dxa"/>
          </w:tcPr>
          <w:p w14:paraId="0811B917" w14:textId="77777777" w:rsidR="00154ED3" w:rsidRDefault="00000000">
            <w:r>
              <w:t>部署／役職</w:t>
            </w:r>
          </w:p>
        </w:tc>
        <w:tc>
          <w:tcPr>
            <w:tcW w:w="4320" w:type="dxa"/>
          </w:tcPr>
          <w:p w14:paraId="2AF66686" w14:textId="77777777" w:rsidR="00154ED3" w:rsidRDefault="00000000">
            <w:r>
              <w:t xml:space="preserve">　　　　　　　　　　　　　　　　　　　　　</w:t>
            </w:r>
          </w:p>
        </w:tc>
      </w:tr>
      <w:tr w:rsidR="00154ED3" w14:paraId="19236729" w14:textId="77777777">
        <w:tc>
          <w:tcPr>
            <w:tcW w:w="4320" w:type="dxa"/>
          </w:tcPr>
          <w:p w14:paraId="1324A60F" w14:textId="77777777" w:rsidR="00154ED3" w:rsidRDefault="00000000">
            <w:r>
              <w:t>氏名（姓・名）</w:t>
            </w:r>
          </w:p>
        </w:tc>
        <w:tc>
          <w:tcPr>
            <w:tcW w:w="4320" w:type="dxa"/>
          </w:tcPr>
          <w:p w14:paraId="00034965" w14:textId="77777777" w:rsidR="00154ED3" w:rsidRDefault="00000000">
            <w:r>
              <w:t xml:space="preserve">　　　　　　　　　　　　　　　　　　　　　</w:t>
            </w:r>
          </w:p>
        </w:tc>
      </w:tr>
      <w:tr w:rsidR="00154ED3" w14:paraId="2D4D1410" w14:textId="77777777">
        <w:tc>
          <w:tcPr>
            <w:tcW w:w="4320" w:type="dxa"/>
          </w:tcPr>
          <w:p w14:paraId="7E393D99" w14:textId="77777777" w:rsidR="00154ED3" w:rsidRDefault="00000000">
            <w:pPr>
              <w:rPr>
                <w:lang w:eastAsia="ja-JP"/>
              </w:rPr>
            </w:pPr>
            <w:r>
              <w:rPr>
                <w:lang w:eastAsia="ja-JP"/>
              </w:rPr>
              <w:t>氏名カナ（セイ・メイ）</w:t>
            </w:r>
          </w:p>
        </w:tc>
        <w:tc>
          <w:tcPr>
            <w:tcW w:w="4320" w:type="dxa"/>
          </w:tcPr>
          <w:p w14:paraId="74FD1CF7" w14:textId="77777777" w:rsidR="00154ED3" w:rsidRDefault="00000000">
            <w:pPr>
              <w:rPr>
                <w:lang w:eastAsia="ja-JP"/>
              </w:rPr>
            </w:pPr>
            <w:r>
              <w:rPr>
                <w:lang w:eastAsia="ja-JP"/>
              </w:rPr>
              <w:t xml:space="preserve">　　　　　　　　　　　　　　　　　　　　　</w:t>
            </w:r>
          </w:p>
        </w:tc>
      </w:tr>
      <w:tr w:rsidR="00154ED3" w14:paraId="5F80C1BB" w14:textId="77777777">
        <w:tc>
          <w:tcPr>
            <w:tcW w:w="4320" w:type="dxa"/>
          </w:tcPr>
          <w:p w14:paraId="010765AF" w14:textId="77777777" w:rsidR="00154ED3" w:rsidRDefault="00000000">
            <w:r>
              <w:t>メールアドレス</w:t>
            </w:r>
          </w:p>
        </w:tc>
        <w:tc>
          <w:tcPr>
            <w:tcW w:w="4320" w:type="dxa"/>
          </w:tcPr>
          <w:p w14:paraId="13D4A313" w14:textId="77777777" w:rsidR="00154ED3" w:rsidRDefault="00000000">
            <w:r>
              <w:t xml:space="preserve">　　　　　　　　　　　　　　　　　　　　　</w:t>
            </w:r>
          </w:p>
        </w:tc>
      </w:tr>
      <w:tr w:rsidR="00154ED3" w14:paraId="37EFFE51" w14:textId="77777777">
        <w:tc>
          <w:tcPr>
            <w:tcW w:w="4320" w:type="dxa"/>
          </w:tcPr>
          <w:p w14:paraId="69950041" w14:textId="77777777" w:rsidR="00154ED3" w:rsidRDefault="00000000">
            <w:r>
              <w:t>電話番号</w:t>
            </w:r>
          </w:p>
        </w:tc>
        <w:tc>
          <w:tcPr>
            <w:tcW w:w="4320" w:type="dxa"/>
          </w:tcPr>
          <w:p w14:paraId="1437B38E" w14:textId="77777777" w:rsidR="00154ED3" w:rsidRDefault="00000000">
            <w:r>
              <w:t xml:space="preserve">　　　　　　　　　　　　　　　　　　　　　</w:t>
            </w:r>
          </w:p>
        </w:tc>
      </w:tr>
      <w:tr w:rsidR="00154ED3" w14:paraId="3DC21BC6" w14:textId="77777777">
        <w:tc>
          <w:tcPr>
            <w:tcW w:w="4320" w:type="dxa"/>
          </w:tcPr>
          <w:p w14:paraId="0CFC37F4" w14:textId="77777777" w:rsidR="00154ED3" w:rsidRDefault="00000000">
            <w:r>
              <w:t>住所</w:t>
            </w:r>
          </w:p>
        </w:tc>
        <w:tc>
          <w:tcPr>
            <w:tcW w:w="4320" w:type="dxa"/>
          </w:tcPr>
          <w:p w14:paraId="42FB4CE7" w14:textId="77777777" w:rsidR="00154ED3" w:rsidRDefault="0000000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〒　　　　　　　　　　都道府県：　　　　　　　　　市区町村：　　　　　　　　　　　　</w:t>
            </w:r>
          </w:p>
        </w:tc>
      </w:tr>
      <w:tr w:rsidR="00154ED3" w14:paraId="6C32B415" w14:textId="77777777">
        <w:tc>
          <w:tcPr>
            <w:tcW w:w="4320" w:type="dxa"/>
          </w:tcPr>
          <w:p w14:paraId="5AB05D4F" w14:textId="77777777" w:rsidR="00154ED3" w:rsidRDefault="00000000">
            <w:pPr>
              <w:rPr>
                <w:lang w:eastAsia="ja-JP"/>
              </w:rPr>
            </w:pPr>
            <w:r>
              <w:rPr>
                <w:lang w:eastAsia="ja-JP"/>
              </w:rPr>
              <w:t>住所（番地・建物名）</w:t>
            </w:r>
          </w:p>
        </w:tc>
        <w:tc>
          <w:tcPr>
            <w:tcW w:w="4320" w:type="dxa"/>
          </w:tcPr>
          <w:p w14:paraId="3AF88C7F" w14:textId="77777777" w:rsidR="00154ED3" w:rsidRDefault="00000000">
            <w:pPr>
              <w:rPr>
                <w:lang w:eastAsia="ja-JP"/>
              </w:rPr>
            </w:pPr>
            <w:r>
              <w:rPr>
                <w:lang w:eastAsia="ja-JP"/>
              </w:rPr>
              <w:t xml:space="preserve">　　　　　　　　　　　　　　　　　　　　　　　　　　　　　</w:t>
            </w:r>
          </w:p>
        </w:tc>
      </w:tr>
      <w:tr w:rsidR="00154ED3" w14:paraId="3150A689" w14:textId="77777777">
        <w:tc>
          <w:tcPr>
            <w:tcW w:w="4320" w:type="dxa"/>
          </w:tcPr>
          <w:p w14:paraId="70338290" w14:textId="77777777" w:rsidR="00154ED3" w:rsidRDefault="00000000">
            <w:pPr>
              <w:rPr>
                <w:lang w:eastAsia="ja-JP"/>
              </w:rPr>
            </w:pPr>
            <w:r>
              <w:rPr>
                <w:lang w:eastAsia="ja-JP"/>
              </w:rPr>
              <w:t>WebサイトURL（任意）</w:t>
            </w:r>
          </w:p>
        </w:tc>
        <w:tc>
          <w:tcPr>
            <w:tcW w:w="4320" w:type="dxa"/>
          </w:tcPr>
          <w:p w14:paraId="0324AEC0" w14:textId="77777777" w:rsidR="00154ED3" w:rsidRDefault="00000000">
            <w:pPr>
              <w:rPr>
                <w:lang w:eastAsia="ja-JP"/>
              </w:rPr>
            </w:pPr>
            <w:r>
              <w:rPr>
                <w:lang w:eastAsia="ja-JP"/>
              </w:rPr>
              <w:t xml:space="preserve">　　　　　　　　　　　　　　　　　　　　　　　　　　　　　</w:t>
            </w:r>
          </w:p>
        </w:tc>
      </w:tr>
    </w:tbl>
    <w:p w14:paraId="7E11A4BE" w14:textId="77777777" w:rsidR="00154ED3" w:rsidRDefault="00000000">
      <w:r>
        <w:rPr>
          <w:b/>
        </w:rPr>
        <w:t>【2. ご要件】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154ED3" w14:paraId="0B8318AF" w14:textId="77777777">
        <w:tc>
          <w:tcPr>
            <w:tcW w:w="4320" w:type="dxa"/>
          </w:tcPr>
          <w:p w14:paraId="05EA0F1A" w14:textId="77777777" w:rsidR="00154ED3" w:rsidRDefault="00000000">
            <w:pPr>
              <w:rPr>
                <w:lang w:eastAsia="ja-JP"/>
              </w:rPr>
            </w:pPr>
            <w:r>
              <w:rPr>
                <w:lang w:eastAsia="ja-JP"/>
              </w:rPr>
              <w:t>お問い合わせ種別（選択）</w:t>
            </w:r>
          </w:p>
        </w:tc>
        <w:tc>
          <w:tcPr>
            <w:tcW w:w="4320" w:type="dxa"/>
          </w:tcPr>
          <w:p w14:paraId="7F521881" w14:textId="77777777" w:rsidR="00154ED3" w:rsidRDefault="00000000">
            <w:pPr>
              <w:rPr>
                <w:lang w:eastAsia="ja-JP"/>
              </w:rPr>
            </w:pPr>
            <w:r>
              <w:rPr>
                <w:lang w:eastAsia="ja-JP"/>
              </w:rPr>
              <w:t>□ 資料請求　□ 見積依頼　□ 導入相談　□ その他</w:t>
            </w:r>
          </w:p>
        </w:tc>
      </w:tr>
      <w:tr w:rsidR="00154ED3" w14:paraId="5EB62824" w14:textId="77777777">
        <w:tc>
          <w:tcPr>
            <w:tcW w:w="4320" w:type="dxa"/>
          </w:tcPr>
          <w:p w14:paraId="3F56A2F4" w14:textId="77777777" w:rsidR="00154ED3" w:rsidRDefault="00000000">
            <w:pPr>
              <w:rPr>
                <w:lang w:eastAsia="ja-JP"/>
              </w:rPr>
            </w:pPr>
            <w:r>
              <w:rPr>
                <w:lang w:eastAsia="ja-JP"/>
              </w:rPr>
              <w:t>関心のある製品・資料名</w:t>
            </w:r>
          </w:p>
        </w:tc>
        <w:tc>
          <w:tcPr>
            <w:tcW w:w="4320" w:type="dxa"/>
          </w:tcPr>
          <w:p w14:paraId="79B63903" w14:textId="77777777" w:rsidR="00154ED3" w:rsidRDefault="00000000">
            <w:pPr>
              <w:rPr>
                <w:lang w:eastAsia="ja-JP"/>
              </w:rPr>
            </w:pPr>
            <w:r>
              <w:rPr>
                <w:lang w:eastAsia="ja-JP"/>
              </w:rPr>
              <w:t xml:space="preserve">　　　　　　　　　　　　　　　　　　　　　　　　　　　　　</w:t>
            </w:r>
          </w:p>
        </w:tc>
      </w:tr>
      <w:tr w:rsidR="00154ED3" w14:paraId="20B5668D" w14:textId="77777777">
        <w:tc>
          <w:tcPr>
            <w:tcW w:w="4320" w:type="dxa"/>
          </w:tcPr>
          <w:p w14:paraId="0D2ED741" w14:textId="77777777" w:rsidR="00154ED3" w:rsidRDefault="00000000">
            <w:r>
              <w:t>希望する連絡方法</w:t>
            </w:r>
          </w:p>
        </w:tc>
        <w:tc>
          <w:tcPr>
            <w:tcW w:w="4320" w:type="dxa"/>
          </w:tcPr>
          <w:p w14:paraId="59049AD9" w14:textId="77777777" w:rsidR="00154ED3" w:rsidRDefault="00000000">
            <w:pPr>
              <w:rPr>
                <w:lang w:eastAsia="ja-JP"/>
              </w:rPr>
            </w:pPr>
            <w:r>
              <w:rPr>
                <w:lang w:eastAsia="ja-JP"/>
              </w:rPr>
              <w:t>□ メール　□ 電話　□ オンライン面談　□ その他</w:t>
            </w:r>
          </w:p>
        </w:tc>
      </w:tr>
      <w:tr w:rsidR="00154ED3" w14:paraId="718DAA2A" w14:textId="77777777">
        <w:tc>
          <w:tcPr>
            <w:tcW w:w="4320" w:type="dxa"/>
          </w:tcPr>
          <w:p w14:paraId="6A2C0264" w14:textId="77777777" w:rsidR="00154ED3" w:rsidRDefault="00000000">
            <w:r>
              <w:t>希望返信スピード</w:t>
            </w:r>
          </w:p>
        </w:tc>
        <w:tc>
          <w:tcPr>
            <w:tcW w:w="4320" w:type="dxa"/>
          </w:tcPr>
          <w:p w14:paraId="3564A7FF" w14:textId="77777777" w:rsidR="00154ED3" w:rsidRDefault="00000000">
            <w:pPr>
              <w:rPr>
                <w:lang w:eastAsia="zh-CN"/>
              </w:rPr>
            </w:pPr>
            <w:r>
              <w:rPr>
                <w:lang w:eastAsia="zh-CN"/>
              </w:rPr>
              <w:t>□ 至急（当日）　□ 3日以内　□ 1週間以内</w:t>
            </w:r>
          </w:p>
        </w:tc>
      </w:tr>
      <w:tr w:rsidR="00154ED3" w14:paraId="0C1DB605" w14:textId="77777777">
        <w:tc>
          <w:tcPr>
            <w:tcW w:w="4320" w:type="dxa"/>
          </w:tcPr>
          <w:p w14:paraId="62C606DD" w14:textId="77777777" w:rsidR="00154ED3" w:rsidRDefault="00000000">
            <w:pPr>
              <w:rPr>
                <w:lang w:eastAsia="ja-JP"/>
              </w:rPr>
            </w:pPr>
            <w:r>
              <w:rPr>
                <w:lang w:eastAsia="ja-JP"/>
              </w:rPr>
              <w:t>当社を知ったきっかけ</w:t>
            </w:r>
          </w:p>
        </w:tc>
        <w:tc>
          <w:tcPr>
            <w:tcW w:w="4320" w:type="dxa"/>
          </w:tcPr>
          <w:p w14:paraId="620244FE" w14:textId="77777777" w:rsidR="00154ED3" w:rsidRDefault="00000000">
            <w:pPr>
              <w:rPr>
                <w:lang w:eastAsia="ja-JP"/>
              </w:rPr>
            </w:pPr>
            <w:r>
              <w:rPr>
                <w:lang w:eastAsia="ja-JP"/>
              </w:rPr>
              <w:t>□ 検索　□ SNS　□ 紹介　□ 展示会　□ その他</w:t>
            </w:r>
          </w:p>
        </w:tc>
      </w:tr>
    </w:tbl>
    <w:p w14:paraId="6ADC86F3" w14:textId="77777777" w:rsidR="00154ED3" w:rsidRDefault="00000000">
      <w:pPr>
        <w:rPr>
          <w:lang w:eastAsia="ja-JP"/>
        </w:rPr>
      </w:pPr>
      <w:r>
        <w:rPr>
          <w:lang w:eastAsia="ja-JP"/>
        </w:rPr>
        <w:t>お問い合わせ内容（自由記述）</w:t>
      </w:r>
    </w:p>
    <w:p w14:paraId="29320DC4" w14:textId="77777777" w:rsidR="005573AB" w:rsidRDefault="00000000">
      <w:pPr>
        <w:rPr>
          <w:lang w:eastAsia="ja-JP"/>
        </w:rPr>
      </w:pPr>
      <w:r>
        <w:rPr>
          <w:lang w:eastAsia="ja-JP"/>
        </w:rPr>
        <w:t>（例：製品の詳細資料を希望／導入時期・用途など）</w:t>
      </w:r>
      <w:r>
        <w:rPr>
          <w:lang w:eastAsia="ja-JP"/>
        </w:rPr>
        <w:br/>
      </w:r>
      <w:r>
        <w:rPr>
          <w:lang w:eastAsia="ja-JP"/>
        </w:rPr>
        <w:br/>
      </w:r>
    </w:p>
    <w:p w14:paraId="0046EADA" w14:textId="77777777" w:rsidR="00154ED3" w:rsidRDefault="00000000">
      <w:pPr>
        <w:rPr>
          <w:lang w:eastAsia="ja-JP"/>
        </w:rPr>
      </w:pPr>
      <w:r>
        <w:rPr>
          <w:lang w:eastAsia="ja-JP"/>
        </w:rPr>
        <w:br/>
      </w:r>
    </w:p>
    <w:p w14:paraId="3BAC6E15" w14:textId="77777777" w:rsidR="00154ED3" w:rsidRDefault="00000000">
      <w:pPr>
        <w:rPr>
          <w:lang w:eastAsia="ja-JP"/>
        </w:rPr>
      </w:pPr>
      <w:r>
        <w:rPr>
          <w:b/>
          <w:lang w:eastAsia="ja-JP"/>
        </w:rPr>
        <w:t>【3. 同意事項】</w:t>
      </w:r>
    </w:p>
    <w:p w14:paraId="61080102" w14:textId="77777777" w:rsidR="00154ED3" w:rsidRDefault="00000000">
      <w:pPr>
        <w:rPr>
          <w:lang w:eastAsia="ja-JP"/>
        </w:rPr>
      </w:pPr>
      <w:r>
        <w:rPr>
          <w:lang w:eastAsia="ja-JP"/>
        </w:rPr>
        <w:t>□ 個人情報の取扱いに同意します（必須）</w:t>
      </w:r>
    </w:p>
    <w:p w14:paraId="0B1B88BD" w14:textId="77777777" w:rsidR="00154ED3" w:rsidRDefault="00000000">
      <w:r>
        <w:rPr>
          <w:lang w:eastAsia="ja-JP"/>
        </w:rPr>
        <w:t>（詳細は弊社ウェブサイトの「プライバシーポリシー」をご参照ください。</w:t>
      </w:r>
      <w:r>
        <w:t>）</w:t>
      </w:r>
    </w:p>
    <w:p w14:paraId="3A597A6D" w14:textId="77777777" w:rsidR="00154ED3" w:rsidRDefault="00000000">
      <w:r>
        <w:rPr>
          <w:b/>
        </w:rPr>
        <w:t>【4. 送付先】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4313"/>
        <w:gridCol w:w="4317"/>
      </w:tblGrid>
      <w:tr w:rsidR="00154ED3" w14:paraId="5FB41B89" w14:textId="77777777">
        <w:tc>
          <w:tcPr>
            <w:tcW w:w="4320" w:type="dxa"/>
          </w:tcPr>
          <w:p w14:paraId="15BA712E" w14:textId="77777777" w:rsidR="00154ED3" w:rsidRDefault="00000000">
            <w:r>
              <w:t>送付先メール</w:t>
            </w:r>
          </w:p>
        </w:tc>
        <w:tc>
          <w:tcPr>
            <w:tcW w:w="4320" w:type="dxa"/>
          </w:tcPr>
          <w:p w14:paraId="2C94B36D" w14:textId="77777777" w:rsidR="00154ED3" w:rsidRDefault="00000000">
            <w:r>
              <w:t>Info@roboticsjapan.co.jp</w:t>
            </w:r>
          </w:p>
        </w:tc>
      </w:tr>
      <w:tr w:rsidR="00154ED3" w14:paraId="7D8552FE" w14:textId="77777777">
        <w:tc>
          <w:tcPr>
            <w:tcW w:w="4320" w:type="dxa"/>
          </w:tcPr>
          <w:p w14:paraId="1B9146CA" w14:textId="77777777" w:rsidR="00154ED3" w:rsidRDefault="00000000">
            <w:r>
              <w:t>備考</w:t>
            </w:r>
          </w:p>
        </w:tc>
        <w:tc>
          <w:tcPr>
            <w:tcW w:w="4320" w:type="dxa"/>
          </w:tcPr>
          <w:p w14:paraId="2F557C11" w14:textId="77777777" w:rsidR="00154ED3" w:rsidRDefault="00000000">
            <w:pPr>
              <w:rPr>
                <w:lang w:eastAsia="ja-JP"/>
              </w:rPr>
            </w:pPr>
            <w:r>
              <w:rPr>
                <w:lang w:eastAsia="ja-JP"/>
              </w:rPr>
              <w:t>ファイル形式：PDFまたはWord</w:t>
            </w:r>
          </w:p>
        </w:tc>
      </w:tr>
    </w:tbl>
    <w:p w14:paraId="7ECDCAAA" w14:textId="77777777" w:rsidR="00154ED3" w:rsidRDefault="00000000" w:rsidP="005573AB">
      <w:pPr>
        <w:rPr>
          <w:lang w:eastAsia="ja-JP"/>
        </w:rPr>
      </w:pPr>
      <w:r>
        <w:rPr>
          <w:lang w:eastAsia="ja-JP"/>
        </w:rPr>
        <w:t xml:space="preserve"> </w:t>
      </w:r>
    </w:p>
    <w:sectPr w:rsidR="00154ED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06082334">
    <w:abstractNumId w:val="8"/>
  </w:num>
  <w:num w:numId="2" w16cid:durableId="398750542">
    <w:abstractNumId w:val="6"/>
  </w:num>
  <w:num w:numId="3" w16cid:durableId="1314062499">
    <w:abstractNumId w:val="5"/>
  </w:num>
  <w:num w:numId="4" w16cid:durableId="1421217099">
    <w:abstractNumId w:val="4"/>
  </w:num>
  <w:num w:numId="5" w16cid:durableId="329868018">
    <w:abstractNumId w:val="7"/>
  </w:num>
  <w:num w:numId="6" w16cid:durableId="1899321308">
    <w:abstractNumId w:val="3"/>
  </w:num>
  <w:num w:numId="7" w16cid:durableId="1807891748">
    <w:abstractNumId w:val="2"/>
  </w:num>
  <w:num w:numId="8" w16cid:durableId="173571408">
    <w:abstractNumId w:val="1"/>
  </w:num>
  <w:num w:numId="9" w16cid:durableId="1100686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54ED3"/>
    <w:rsid w:val="00243116"/>
    <w:rsid w:val="0029639D"/>
    <w:rsid w:val="00326F90"/>
    <w:rsid w:val="005573AB"/>
    <w:rsid w:val="005C3960"/>
    <w:rsid w:val="00604981"/>
    <w:rsid w:val="00824117"/>
    <w:rsid w:val="00937C5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D3FA954"/>
  <w14:defaultImageDpi w14:val="300"/>
  <w15:docId w15:val="{B9A86FD3-4DA4-2D4D-944A-6AFF2F3A9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ＭＳ ゴシック" w:eastAsia="ＭＳ ゴシック" w:hAnsi="ＭＳ ゴシック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RYO KUWATA</cp:lastModifiedBy>
  <cp:revision>2</cp:revision>
  <dcterms:created xsi:type="dcterms:W3CDTF">2025-10-22T02:55:00Z</dcterms:created>
  <dcterms:modified xsi:type="dcterms:W3CDTF">2025-10-22T02:55:00Z</dcterms:modified>
  <cp:category/>
</cp:coreProperties>
</file>